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50485" w14:textId="77777777" w:rsidR="008B6DA2" w:rsidRDefault="00000000">
      <w:pPr>
        <w:spacing w:after="80"/>
        <w:jc w:val="center"/>
        <w:rPr>
          <w:lang w:eastAsia="zh-CN"/>
        </w:rPr>
      </w:pPr>
      <w:r>
        <w:rPr>
          <w:rFonts w:ascii="黑体" w:eastAsia="黑体" w:hAnsi="黑体"/>
          <w:b/>
          <w:sz w:val="32"/>
          <w:lang w:eastAsia="zh-CN"/>
        </w:rPr>
        <w:t>“青橙奖学金”“地学院2000级校友奖学金”申请表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0"/>
        <w:gridCol w:w="681"/>
        <w:gridCol w:w="208"/>
        <w:gridCol w:w="756"/>
        <w:gridCol w:w="738"/>
        <w:gridCol w:w="843"/>
        <w:gridCol w:w="459"/>
        <w:gridCol w:w="115"/>
        <w:gridCol w:w="1269"/>
        <w:gridCol w:w="260"/>
        <w:gridCol w:w="170"/>
        <w:gridCol w:w="1077"/>
        <w:gridCol w:w="284"/>
        <w:gridCol w:w="1475"/>
      </w:tblGrid>
      <w:tr w:rsidR="008B6DA2" w14:paraId="46440C25" w14:textId="77777777" w:rsidTr="00196D1C">
        <w:trPr>
          <w:trHeight w:val="500"/>
          <w:jc w:val="center"/>
        </w:trPr>
        <w:tc>
          <w:tcPr>
            <w:tcW w:w="1361" w:type="dxa"/>
            <w:gridSpan w:val="2"/>
            <w:vAlign w:val="center"/>
          </w:tcPr>
          <w:p w14:paraId="5A80EBFB" w14:textId="77777777" w:rsidR="008B6DA2" w:rsidRDefault="00000000">
            <w:pPr>
              <w:spacing w:after="0"/>
              <w:jc w:val="center"/>
            </w:pPr>
            <w:r>
              <w:rPr>
                <w:rFonts w:ascii="宋体" w:eastAsia="宋体" w:hAnsi="宋体"/>
                <w:b/>
                <w:sz w:val="21"/>
              </w:rPr>
              <w:t>姓　名</w:t>
            </w:r>
          </w:p>
        </w:tc>
        <w:tc>
          <w:tcPr>
            <w:tcW w:w="1702" w:type="dxa"/>
            <w:gridSpan w:val="3"/>
            <w:vAlign w:val="center"/>
          </w:tcPr>
          <w:p w14:paraId="1EE9D99F" w14:textId="77777777" w:rsidR="008B6DA2" w:rsidRDefault="008B6DA2">
            <w:pPr>
              <w:spacing w:after="0"/>
            </w:pPr>
          </w:p>
        </w:tc>
        <w:tc>
          <w:tcPr>
            <w:tcW w:w="1417" w:type="dxa"/>
            <w:gridSpan w:val="3"/>
            <w:vAlign w:val="center"/>
          </w:tcPr>
          <w:p w14:paraId="0C4E6FA6" w14:textId="77777777" w:rsidR="008B6DA2" w:rsidRDefault="00000000">
            <w:pPr>
              <w:spacing w:after="0"/>
              <w:jc w:val="center"/>
            </w:pPr>
            <w:r>
              <w:rPr>
                <w:rFonts w:ascii="宋体" w:eastAsia="宋体" w:hAnsi="宋体"/>
                <w:b/>
                <w:sz w:val="21"/>
              </w:rPr>
              <w:t>性　别</w:t>
            </w:r>
          </w:p>
        </w:tc>
        <w:tc>
          <w:tcPr>
            <w:tcW w:w="1529" w:type="dxa"/>
            <w:gridSpan w:val="2"/>
            <w:vAlign w:val="center"/>
          </w:tcPr>
          <w:p w14:paraId="381DE056" w14:textId="77777777" w:rsidR="008B6DA2" w:rsidRDefault="008B6DA2">
            <w:pPr>
              <w:spacing w:after="0"/>
            </w:pPr>
          </w:p>
        </w:tc>
        <w:tc>
          <w:tcPr>
            <w:tcW w:w="1247" w:type="dxa"/>
            <w:gridSpan w:val="2"/>
            <w:vAlign w:val="center"/>
          </w:tcPr>
          <w:p w14:paraId="6D342373" w14:textId="04825EFE" w:rsidR="008B6DA2" w:rsidRDefault="00196D1C">
            <w:pPr>
              <w:spacing w:after="0"/>
              <w:jc w:val="center"/>
            </w:pPr>
            <w:r w:rsidRPr="00196D1C">
              <w:rPr>
                <w:rFonts w:ascii="宋体" w:eastAsia="宋体" w:hAnsi="宋体" w:hint="eastAsia"/>
                <w:b/>
                <w:sz w:val="21"/>
              </w:rPr>
              <w:t>学</w:t>
            </w:r>
            <w:r>
              <w:rPr>
                <w:rFonts w:ascii="宋体" w:eastAsia="宋体" w:hAnsi="宋体" w:hint="eastAsia"/>
                <w:b/>
                <w:sz w:val="21"/>
                <w:lang w:eastAsia="zh-CN"/>
              </w:rPr>
              <w:t xml:space="preserve">  </w:t>
            </w:r>
            <w:r w:rsidRPr="00196D1C">
              <w:rPr>
                <w:rFonts w:ascii="宋体" w:eastAsia="宋体" w:hAnsi="宋体" w:hint="eastAsia"/>
                <w:b/>
                <w:sz w:val="21"/>
              </w:rPr>
              <w:t>号</w:t>
            </w:r>
          </w:p>
        </w:tc>
        <w:tc>
          <w:tcPr>
            <w:tcW w:w="1759" w:type="dxa"/>
            <w:gridSpan w:val="2"/>
            <w:vAlign w:val="center"/>
          </w:tcPr>
          <w:p w14:paraId="0440D550" w14:textId="77777777" w:rsidR="008B6DA2" w:rsidRDefault="008B6DA2">
            <w:pPr>
              <w:spacing w:after="0"/>
            </w:pPr>
          </w:p>
        </w:tc>
      </w:tr>
      <w:tr w:rsidR="00196D1C" w14:paraId="61869143" w14:textId="77777777" w:rsidTr="00196D1C">
        <w:trPr>
          <w:jc w:val="center"/>
        </w:trPr>
        <w:tc>
          <w:tcPr>
            <w:tcW w:w="1361" w:type="dxa"/>
            <w:gridSpan w:val="2"/>
            <w:vAlign w:val="center"/>
          </w:tcPr>
          <w:p w14:paraId="3B92B61E" w14:textId="614C18F5" w:rsidR="00196D1C" w:rsidRDefault="00196D1C" w:rsidP="00196D1C">
            <w:pPr>
              <w:spacing w:after="0"/>
              <w:jc w:val="center"/>
            </w:pPr>
            <w:proofErr w:type="spellStart"/>
            <w:r>
              <w:rPr>
                <w:rFonts w:ascii="宋体" w:eastAsia="宋体" w:hAnsi="宋体"/>
                <w:b/>
                <w:sz w:val="21"/>
              </w:rPr>
              <w:t>学历层次</w:t>
            </w:r>
            <w:proofErr w:type="spellEnd"/>
          </w:p>
        </w:tc>
        <w:tc>
          <w:tcPr>
            <w:tcW w:w="1702" w:type="dxa"/>
            <w:gridSpan w:val="3"/>
            <w:vAlign w:val="center"/>
          </w:tcPr>
          <w:p w14:paraId="06616C1A" w14:textId="3F666B9C" w:rsidR="00196D1C" w:rsidRDefault="00196D1C" w:rsidP="00196D1C">
            <w:pPr>
              <w:spacing w:after="0"/>
            </w:pPr>
            <w:r>
              <w:rPr>
                <w:rFonts w:ascii="宋体" w:eastAsia="宋体" w:hAnsi="宋体"/>
                <w:sz w:val="21"/>
              </w:rPr>
              <w:t>□</w:t>
            </w:r>
            <w:proofErr w:type="spellStart"/>
            <w:r>
              <w:rPr>
                <w:rFonts w:ascii="宋体" w:eastAsia="宋体" w:hAnsi="宋体"/>
                <w:sz w:val="21"/>
              </w:rPr>
              <w:t>本科</w:t>
            </w:r>
            <w:proofErr w:type="spellEnd"/>
            <w:r>
              <w:rPr>
                <w:rFonts w:ascii="宋体" w:eastAsia="宋体" w:hAnsi="宋体"/>
                <w:sz w:val="21"/>
              </w:rPr>
              <w:t xml:space="preserve">  □</w:t>
            </w:r>
            <w:proofErr w:type="spellStart"/>
            <w:r>
              <w:rPr>
                <w:rFonts w:ascii="宋体" w:eastAsia="宋体" w:hAnsi="宋体"/>
                <w:sz w:val="21"/>
              </w:rPr>
              <w:t>硕士</w:t>
            </w:r>
            <w:proofErr w:type="spellEnd"/>
            <w:r>
              <w:rPr>
                <w:rFonts w:ascii="宋体" w:eastAsia="宋体" w:hAnsi="宋体"/>
                <w:sz w:val="21"/>
              </w:rPr>
              <w:t xml:space="preserve">  □</w:t>
            </w:r>
            <w:proofErr w:type="spellStart"/>
            <w:r>
              <w:rPr>
                <w:rFonts w:ascii="宋体" w:eastAsia="宋体" w:hAnsi="宋体"/>
                <w:sz w:val="21"/>
              </w:rPr>
              <w:t>博士</w:t>
            </w:r>
            <w:proofErr w:type="spellEnd"/>
          </w:p>
        </w:tc>
        <w:tc>
          <w:tcPr>
            <w:tcW w:w="1417" w:type="dxa"/>
            <w:gridSpan w:val="3"/>
            <w:vAlign w:val="center"/>
          </w:tcPr>
          <w:p w14:paraId="627CD4B2" w14:textId="206EC5E8" w:rsidR="00196D1C" w:rsidRDefault="00196D1C" w:rsidP="00196D1C">
            <w:pPr>
              <w:spacing w:after="0"/>
              <w:jc w:val="center"/>
            </w:pPr>
            <w:proofErr w:type="spellStart"/>
            <w:r w:rsidRPr="00DE5A8A">
              <w:rPr>
                <w:rFonts w:ascii="宋体" w:eastAsia="宋体" w:hAnsi="宋体" w:hint="eastAsia"/>
                <w:b/>
                <w:sz w:val="21"/>
              </w:rPr>
              <w:t>专业班级</w:t>
            </w:r>
            <w:proofErr w:type="spellEnd"/>
          </w:p>
        </w:tc>
        <w:tc>
          <w:tcPr>
            <w:tcW w:w="1529" w:type="dxa"/>
            <w:gridSpan w:val="2"/>
            <w:vAlign w:val="center"/>
          </w:tcPr>
          <w:p w14:paraId="69F893CB" w14:textId="11C0DD39" w:rsidR="00196D1C" w:rsidRDefault="00196D1C" w:rsidP="00196D1C">
            <w:pPr>
              <w:spacing w:after="0"/>
            </w:pPr>
          </w:p>
        </w:tc>
        <w:tc>
          <w:tcPr>
            <w:tcW w:w="1247" w:type="dxa"/>
            <w:gridSpan w:val="2"/>
            <w:vAlign w:val="center"/>
          </w:tcPr>
          <w:p w14:paraId="004AB881" w14:textId="77777777" w:rsidR="00196D1C" w:rsidRDefault="00196D1C" w:rsidP="00196D1C">
            <w:pPr>
              <w:spacing w:after="0"/>
              <w:jc w:val="center"/>
            </w:pPr>
            <w:r>
              <w:rPr>
                <w:rFonts w:ascii="宋体" w:eastAsia="宋体" w:hAnsi="宋体"/>
                <w:b/>
                <w:sz w:val="21"/>
              </w:rPr>
              <w:t>政治面貌</w:t>
            </w:r>
          </w:p>
        </w:tc>
        <w:tc>
          <w:tcPr>
            <w:tcW w:w="1759" w:type="dxa"/>
            <w:gridSpan w:val="2"/>
            <w:vAlign w:val="center"/>
          </w:tcPr>
          <w:p w14:paraId="4D94D39A" w14:textId="77777777" w:rsidR="00196D1C" w:rsidRDefault="00196D1C" w:rsidP="00196D1C">
            <w:pPr>
              <w:spacing w:after="0"/>
            </w:pPr>
          </w:p>
        </w:tc>
      </w:tr>
      <w:tr w:rsidR="008B6DA2" w14:paraId="043B89CA" w14:textId="77777777" w:rsidTr="00196D1C">
        <w:trPr>
          <w:trHeight w:val="489"/>
          <w:jc w:val="center"/>
        </w:trPr>
        <w:tc>
          <w:tcPr>
            <w:tcW w:w="1361" w:type="dxa"/>
            <w:gridSpan w:val="2"/>
            <w:vAlign w:val="center"/>
          </w:tcPr>
          <w:p w14:paraId="7C655962" w14:textId="77777777" w:rsidR="008B6DA2" w:rsidRDefault="00000000">
            <w:pPr>
              <w:spacing w:after="0"/>
              <w:jc w:val="center"/>
            </w:pPr>
            <w:proofErr w:type="spellStart"/>
            <w:r>
              <w:rPr>
                <w:rFonts w:ascii="宋体" w:eastAsia="宋体" w:hAnsi="宋体"/>
                <w:b/>
                <w:sz w:val="21"/>
              </w:rPr>
              <w:t>联系电话</w:t>
            </w:r>
            <w:proofErr w:type="spellEnd"/>
          </w:p>
        </w:tc>
        <w:tc>
          <w:tcPr>
            <w:tcW w:w="1702" w:type="dxa"/>
            <w:gridSpan w:val="3"/>
            <w:vAlign w:val="center"/>
          </w:tcPr>
          <w:p w14:paraId="572305A1" w14:textId="77777777" w:rsidR="008B6DA2" w:rsidRDefault="008B6DA2">
            <w:pPr>
              <w:spacing w:after="0"/>
            </w:pPr>
          </w:p>
        </w:tc>
        <w:tc>
          <w:tcPr>
            <w:tcW w:w="1417" w:type="dxa"/>
            <w:gridSpan w:val="3"/>
            <w:vAlign w:val="center"/>
          </w:tcPr>
          <w:p w14:paraId="759BC33B" w14:textId="77777777" w:rsidR="008B6DA2" w:rsidRDefault="00000000">
            <w:pPr>
              <w:spacing w:after="0"/>
              <w:jc w:val="center"/>
            </w:pPr>
            <w:r>
              <w:rPr>
                <w:rFonts w:ascii="宋体" w:eastAsia="宋体" w:hAnsi="宋体"/>
                <w:b/>
                <w:sz w:val="21"/>
              </w:rPr>
              <w:t>电子邮箱</w:t>
            </w:r>
          </w:p>
        </w:tc>
        <w:tc>
          <w:tcPr>
            <w:tcW w:w="4535" w:type="dxa"/>
            <w:gridSpan w:val="6"/>
            <w:vAlign w:val="center"/>
          </w:tcPr>
          <w:p w14:paraId="739DB527" w14:textId="77777777" w:rsidR="008B6DA2" w:rsidRDefault="008B6DA2">
            <w:pPr>
              <w:spacing w:after="0"/>
            </w:pPr>
          </w:p>
        </w:tc>
      </w:tr>
      <w:tr w:rsidR="008B6DA2" w14:paraId="73B4D172" w14:textId="77777777" w:rsidTr="00196D1C">
        <w:trPr>
          <w:trHeight w:val="770"/>
          <w:jc w:val="center"/>
        </w:trPr>
        <w:tc>
          <w:tcPr>
            <w:tcW w:w="2325" w:type="dxa"/>
            <w:gridSpan w:val="4"/>
            <w:vAlign w:val="center"/>
          </w:tcPr>
          <w:p w14:paraId="7270FF2E" w14:textId="77777777" w:rsidR="00DE5A8A" w:rsidRDefault="00000000">
            <w:pPr>
              <w:spacing w:after="0"/>
              <w:jc w:val="center"/>
              <w:rPr>
                <w:rFonts w:ascii="宋体" w:eastAsia="宋体" w:hAnsi="宋体"/>
                <w:b/>
                <w:sz w:val="21"/>
                <w:lang w:eastAsia="zh-CN"/>
              </w:rPr>
            </w:pPr>
            <w:r>
              <w:rPr>
                <w:rFonts w:ascii="宋体" w:eastAsia="宋体" w:hAnsi="宋体"/>
                <w:b/>
                <w:sz w:val="21"/>
                <w:lang w:eastAsia="zh-CN"/>
              </w:rPr>
              <w:t>申请意向</w:t>
            </w:r>
          </w:p>
          <w:p w14:paraId="5888F213" w14:textId="4BA8A35D" w:rsidR="008B6DA2" w:rsidRDefault="00000000">
            <w:pPr>
              <w:spacing w:after="0"/>
              <w:jc w:val="center"/>
              <w:rPr>
                <w:lang w:eastAsia="zh-CN"/>
              </w:rPr>
            </w:pPr>
            <w:r>
              <w:rPr>
                <w:rFonts w:ascii="宋体" w:eastAsia="宋体" w:hAnsi="宋体"/>
                <w:b/>
                <w:sz w:val="21"/>
                <w:lang w:eastAsia="zh-CN"/>
              </w:rPr>
              <w:t>（可兼报</w:t>
            </w:r>
            <w:r w:rsidR="00DE5A8A">
              <w:rPr>
                <w:rFonts w:ascii="宋体" w:eastAsia="宋体" w:hAnsi="宋体" w:hint="eastAsia"/>
                <w:b/>
                <w:sz w:val="21"/>
                <w:lang w:eastAsia="zh-CN"/>
              </w:rPr>
              <w:t xml:space="preserve"> 不可兼得</w:t>
            </w:r>
            <w:r>
              <w:rPr>
                <w:rFonts w:ascii="宋体" w:eastAsia="宋体" w:hAnsi="宋体"/>
                <w:b/>
                <w:sz w:val="21"/>
                <w:lang w:eastAsia="zh-CN"/>
              </w:rPr>
              <w:t>）</w:t>
            </w:r>
          </w:p>
        </w:tc>
        <w:tc>
          <w:tcPr>
            <w:tcW w:w="6690" w:type="dxa"/>
            <w:gridSpan w:val="10"/>
            <w:vAlign w:val="center"/>
          </w:tcPr>
          <w:p w14:paraId="4D3F749B" w14:textId="77777777" w:rsidR="00DE5A8A" w:rsidRDefault="00000000">
            <w:pPr>
              <w:spacing w:after="0"/>
              <w:rPr>
                <w:rFonts w:ascii="宋体" w:eastAsia="宋体" w:hAnsi="宋体"/>
                <w:sz w:val="21"/>
                <w:lang w:eastAsia="zh-CN"/>
              </w:rPr>
            </w:pPr>
            <w:r>
              <w:rPr>
                <w:rFonts w:ascii="宋体" w:eastAsia="宋体" w:hAnsi="宋体"/>
                <w:sz w:val="21"/>
                <w:lang w:eastAsia="zh-CN"/>
              </w:rPr>
              <w:t xml:space="preserve">□ 青橙奖学金（10000元/人　</w:t>
            </w:r>
          </w:p>
          <w:p w14:paraId="18BBB253" w14:textId="653F6CD8" w:rsidR="008B6DA2" w:rsidRDefault="00000000">
            <w:pPr>
              <w:spacing w:after="0"/>
              <w:rPr>
                <w:lang w:eastAsia="zh-CN"/>
              </w:rPr>
            </w:pPr>
            <w:r>
              <w:rPr>
                <w:rFonts w:ascii="宋体" w:eastAsia="宋体" w:hAnsi="宋体"/>
                <w:sz w:val="21"/>
                <w:lang w:eastAsia="zh-CN"/>
              </w:rPr>
              <w:t>□ 地学院2000级校友奖学金（5000元/人）</w:t>
            </w:r>
          </w:p>
        </w:tc>
      </w:tr>
      <w:tr w:rsidR="00DE5A8A" w14:paraId="33541413" w14:textId="77777777" w:rsidTr="00196D1C">
        <w:trPr>
          <w:trHeight w:val="454"/>
          <w:jc w:val="center"/>
        </w:trPr>
        <w:tc>
          <w:tcPr>
            <w:tcW w:w="1569" w:type="dxa"/>
            <w:gridSpan w:val="3"/>
            <w:vAlign w:val="center"/>
          </w:tcPr>
          <w:p w14:paraId="7FE047F7" w14:textId="77777777" w:rsidR="00DE5A8A" w:rsidRDefault="00DE5A8A">
            <w:pPr>
              <w:spacing w:after="0"/>
              <w:jc w:val="center"/>
            </w:pPr>
            <w:proofErr w:type="spellStart"/>
            <w:r>
              <w:rPr>
                <w:rFonts w:ascii="宋体" w:eastAsia="宋体" w:hAnsi="宋体"/>
                <w:b/>
                <w:sz w:val="21"/>
              </w:rPr>
              <w:t>专业排名</w:t>
            </w:r>
            <w:proofErr w:type="spellEnd"/>
          </w:p>
        </w:tc>
        <w:tc>
          <w:tcPr>
            <w:tcW w:w="2337" w:type="dxa"/>
            <w:gridSpan w:val="3"/>
            <w:vAlign w:val="center"/>
          </w:tcPr>
          <w:p w14:paraId="5A35B96D" w14:textId="6C1F448C" w:rsidR="00DE5A8A" w:rsidRDefault="00DE5A8A" w:rsidP="00DE5A8A">
            <w:pPr>
              <w:spacing w:after="0"/>
              <w:jc w:val="center"/>
            </w:pPr>
            <w:r>
              <w:rPr>
                <w:rFonts w:ascii="宋体" w:eastAsia="宋体" w:hAnsi="宋体"/>
                <w:sz w:val="21"/>
              </w:rPr>
              <w:t>/</w:t>
            </w:r>
          </w:p>
        </w:tc>
        <w:tc>
          <w:tcPr>
            <w:tcW w:w="1843" w:type="dxa"/>
            <w:gridSpan w:val="3"/>
            <w:vAlign w:val="center"/>
          </w:tcPr>
          <w:p w14:paraId="5A177D9C" w14:textId="77777777" w:rsidR="00DE5A8A" w:rsidRDefault="00DE5A8A">
            <w:pPr>
              <w:spacing w:after="0"/>
              <w:jc w:val="center"/>
            </w:pPr>
            <w:r>
              <w:rPr>
                <w:rFonts w:ascii="宋体" w:eastAsia="宋体" w:hAnsi="宋体"/>
                <w:b/>
                <w:sz w:val="21"/>
              </w:rPr>
              <w:t>综测排名</w:t>
            </w:r>
          </w:p>
        </w:tc>
        <w:tc>
          <w:tcPr>
            <w:tcW w:w="3266" w:type="dxa"/>
            <w:gridSpan w:val="5"/>
            <w:vAlign w:val="center"/>
          </w:tcPr>
          <w:p w14:paraId="523AC2E8" w14:textId="688BAB39" w:rsidR="00DE5A8A" w:rsidRDefault="00DE5A8A" w:rsidP="00DE5A8A">
            <w:pPr>
              <w:spacing w:after="0"/>
              <w:jc w:val="center"/>
            </w:pPr>
            <w:r>
              <w:rPr>
                <w:rFonts w:ascii="宋体" w:eastAsia="宋体" w:hAnsi="宋体"/>
                <w:sz w:val="21"/>
              </w:rPr>
              <w:t>/</w:t>
            </w:r>
          </w:p>
        </w:tc>
      </w:tr>
      <w:tr w:rsidR="00DE5A8A" w14:paraId="73230B14" w14:textId="1A813502" w:rsidTr="00196D1C">
        <w:trPr>
          <w:trHeight w:val="454"/>
          <w:jc w:val="center"/>
        </w:trPr>
        <w:tc>
          <w:tcPr>
            <w:tcW w:w="3906" w:type="dxa"/>
            <w:gridSpan w:val="6"/>
            <w:vAlign w:val="center"/>
          </w:tcPr>
          <w:p w14:paraId="2A2738EF" w14:textId="77777777" w:rsidR="00DE5A8A" w:rsidRDefault="00DE5A8A" w:rsidP="00DE5A8A">
            <w:pPr>
              <w:spacing w:after="0"/>
              <w:jc w:val="center"/>
              <w:rPr>
                <w:lang w:eastAsia="zh-CN"/>
              </w:rPr>
            </w:pPr>
            <w:proofErr w:type="spellStart"/>
            <w:r>
              <w:rPr>
                <w:rFonts w:ascii="宋体" w:eastAsia="宋体" w:hAnsi="宋体"/>
                <w:b/>
                <w:sz w:val="21"/>
              </w:rPr>
              <w:t>不及格门数</w:t>
            </w:r>
            <w:proofErr w:type="spellEnd"/>
          </w:p>
        </w:tc>
        <w:tc>
          <w:tcPr>
            <w:tcW w:w="5109" w:type="dxa"/>
            <w:gridSpan w:val="8"/>
            <w:vAlign w:val="center"/>
          </w:tcPr>
          <w:p w14:paraId="2D1E0142" w14:textId="7869D0CA" w:rsidR="00DE5A8A" w:rsidRDefault="00DE5A8A" w:rsidP="00DE5A8A">
            <w:pPr>
              <w:spacing w:after="0"/>
              <w:jc w:val="center"/>
              <w:rPr>
                <w:lang w:eastAsia="zh-CN"/>
              </w:rPr>
            </w:pPr>
            <w:r>
              <w:rPr>
                <w:rFonts w:ascii="宋体" w:eastAsia="宋体" w:hAnsi="宋体"/>
                <w:sz w:val="21"/>
              </w:rPr>
              <w:t>□无　□</w:t>
            </w:r>
            <w:proofErr w:type="spellStart"/>
            <w:r>
              <w:rPr>
                <w:rFonts w:ascii="宋体" w:eastAsia="宋体" w:hAnsi="宋体"/>
                <w:sz w:val="21"/>
              </w:rPr>
              <w:t>有：___门</w:t>
            </w:r>
            <w:proofErr w:type="spellEnd"/>
          </w:p>
        </w:tc>
      </w:tr>
      <w:tr w:rsidR="00DE5A8A" w14:paraId="5700B858" w14:textId="77777777" w:rsidTr="00196D1C">
        <w:trPr>
          <w:jc w:val="center"/>
        </w:trPr>
        <w:tc>
          <w:tcPr>
            <w:tcW w:w="9015" w:type="dxa"/>
            <w:gridSpan w:val="14"/>
            <w:vAlign w:val="center"/>
          </w:tcPr>
          <w:p w14:paraId="7AEFA7AE" w14:textId="0D4A0C45" w:rsidR="00DE5A8A" w:rsidRDefault="00DE5A8A" w:rsidP="00DE5A8A">
            <w:pPr>
              <w:spacing w:after="40"/>
              <w:jc w:val="center"/>
              <w:rPr>
                <w:rFonts w:ascii="宋体" w:eastAsia="宋体" w:hAnsi="宋体"/>
                <w:sz w:val="21"/>
                <w:lang w:eastAsia="zh-CN"/>
              </w:rPr>
            </w:pPr>
            <w:r w:rsidRPr="00DE5A8A">
              <w:rPr>
                <w:rFonts w:ascii="宋体" w:eastAsia="宋体" w:hAnsi="宋体" w:hint="eastAsia"/>
                <w:b/>
                <w:sz w:val="21"/>
                <w:lang w:eastAsia="zh-CN"/>
              </w:rPr>
              <w:t>评选年度内</w:t>
            </w:r>
            <w:r>
              <w:rPr>
                <w:rFonts w:ascii="宋体" w:eastAsia="宋体" w:hAnsi="宋体"/>
                <w:b/>
                <w:sz w:val="21"/>
                <w:lang w:eastAsia="zh-CN"/>
              </w:rPr>
              <w:t>主要科创与竞赛成果（</w:t>
            </w:r>
            <w:r>
              <w:rPr>
                <w:rFonts w:ascii="宋体" w:eastAsia="宋体" w:hAnsi="宋体" w:hint="eastAsia"/>
                <w:b/>
                <w:sz w:val="21"/>
                <w:lang w:eastAsia="zh-CN"/>
              </w:rPr>
              <w:t>竞赛获奖</w:t>
            </w:r>
            <w:r>
              <w:rPr>
                <w:rFonts w:ascii="宋体" w:eastAsia="宋体" w:hAnsi="宋体"/>
                <w:b/>
                <w:sz w:val="21"/>
                <w:lang w:eastAsia="zh-CN"/>
              </w:rPr>
              <w:t>、论文、专利、项目立项等</w:t>
            </w:r>
            <w:r>
              <w:rPr>
                <w:rFonts w:ascii="宋体" w:eastAsia="宋体" w:hAnsi="宋体" w:hint="eastAsia"/>
                <w:b/>
                <w:sz w:val="21"/>
                <w:lang w:eastAsia="zh-CN"/>
              </w:rPr>
              <w:t>，</w:t>
            </w:r>
            <w:r>
              <w:rPr>
                <w:rFonts w:ascii="宋体" w:eastAsia="宋体" w:hAnsi="宋体"/>
                <w:b/>
                <w:sz w:val="21"/>
                <w:lang w:eastAsia="zh-CN"/>
              </w:rPr>
              <w:t>可另附页）</w:t>
            </w:r>
          </w:p>
        </w:tc>
      </w:tr>
      <w:tr w:rsidR="008B6DA2" w14:paraId="1B337879" w14:textId="77777777" w:rsidTr="00196D1C">
        <w:trPr>
          <w:trHeight w:val="340"/>
          <w:jc w:val="center"/>
        </w:trPr>
        <w:tc>
          <w:tcPr>
            <w:tcW w:w="680" w:type="dxa"/>
            <w:vAlign w:val="center"/>
          </w:tcPr>
          <w:p w14:paraId="34793F1A" w14:textId="77777777" w:rsidR="008B6DA2" w:rsidRDefault="00000000">
            <w:pPr>
              <w:spacing w:after="0"/>
              <w:jc w:val="center"/>
            </w:pPr>
            <w:proofErr w:type="spellStart"/>
            <w:r>
              <w:rPr>
                <w:rFonts w:ascii="宋体" w:eastAsia="宋体" w:hAnsi="宋体"/>
                <w:b/>
                <w:sz w:val="21"/>
              </w:rPr>
              <w:t>序号</w:t>
            </w:r>
            <w:proofErr w:type="spellEnd"/>
          </w:p>
        </w:tc>
        <w:tc>
          <w:tcPr>
            <w:tcW w:w="3685" w:type="dxa"/>
            <w:gridSpan w:val="6"/>
            <w:vAlign w:val="center"/>
          </w:tcPr>
          <w:p w14:paraId="2A769ED7" w14:textId="77777777" w:rsidR="008B6DA2" w:rsidRDefault="00000000">
            <w:pPr>
              <w:spacing w:after="0"/>
              <w:jc w:val="center"/>
            </w:pPr>
            <w:r>
              <w:rPr>
                <w:rFonts w:ascii="宋体" w:eastAsia="宋体" w:hAnsi="宋体"/>
                <w:b/>
                <w:sz w:val="21"/>
              </w:rPr>
              <w:t>成果/竞赛名称</w:t>
            </w:r>
          </w:p>
        </w:tc>
        <w:tc>
          <w:tcPr>
            <w:tcW w:w="1814" w:type="dxa"/>
            <w:gridSpan w:val="4"/>
            <w:vAlign w:val="center"/>
          </w:tcPr>
          <w:p w14:paraId="23B86224" w14:textId="77777777" w:rsidR="008B6DA2" w:rsidRDefault="00000000">
            <w:pPr>
              <w:spacing w:after="0"/>
              <w:jc w:val="center"/>
            </w:pPr>
            <w:r>
              <w:rPr>
                <w:rFonts w:ascii="宋体" w:eastAsia="宋体" w:hAnsi="宋体"/>
                <w:b/>
                <w:sz w:val="21"/>
              </w:rPr>
              <w:t>级别及等次</w:t>
            </w:r>
          </w:p>
        </w:tc>
        <w:tc>
          <w:tcPr>
            <w:tcW w:w="1361" w:type="dxa"/>
            <w:gridSpan w:val="2"/>
            <w:vAlign w:val="center"/>
          </w:tcPr>
          <w:p w14:paraId="7399D638" w14:textId="510B2C23" w:rsidR="008B6DA2" w:rsidRDefault="00000000">
            <w:pPr>
              <w:spacing w:after="0"/>
              <w:jc w:val="center"/>
              <w:rPr>
                <w:rFonts w:hint="eastAsia"/>
                <w:lang w:eastAsia="zh-CN"/>
              </w:rPr>
            </w:pPr>
            <w:proofErr w:type="spellStart"/>
            <w:r>
              <w:rPr>
                <w:rFonts w:ascii="宋体" w:eastAsia="宋体" w:hAnsi="宋体"/>
                <w:b/>
                <w:sz w:val="21"/>
              </w:rPr>
              <w:t>本人</w:t>
            </w:r>
            <w:proofErr w:type="spellEnd"/>
            <w:r w:rsidR="00DE5A8A">
              <w:rPr>
                <w:rFonts w:ascii="宋体" w:eastAsia="宋体" w:hAnsi="宋体" w:hint="eastAsia"/>
                <w:b/>
                <w:sz w:val="21"/>
                <w:lang w:eastAsia="zh-CN"/>
              </w:rPr>
              <w:t>位次</w:t>
            </w:r>
          </w:p>
        </w:tc>
        <w:tc>
          <w:tcPr>
            <w:tcW w:w="1475" w:type="dxa"/>
            <w:vAlign w:val="center"/>
          </w:tcPr>
          <w:p w14:paraId="6FBC05B2" w14:textId="77777777" w:rsidR="008B6DA2" w:rsidRDefault="00000000">
            <w:pPr>
              <w:spacing w:after="0"/>
              <w:jc w:val="center"/>
            </w:pPr>
            <w:proofErr w:type="spellStart"/>
            <w:r>
              <w:rPr>
                <w:rFonts w:ascii="宋体" w:eastAsia="宋体" w:hAnsi="宋体"/>
                <w:b/>
                <w:sz w:val="21"/>
              </w:rPr>
              <w:t>时间</w:t>
            </w:r>
            <w:proofErr w:type="spellEnd"/>
          </w:p>
        </w:tc>
      </w:tr>
      <w:tr w:rsidR="008B6DA2" w14:paraId="0F4B549B" w14:textId="77777777" w:rsidTr="00196D1C">
        <w:trPr>
          <w:trHeight w:val="340"/>
          <w:jc w:val="center"/>
        </w:trPr>
        <w:tc>
          <w:tcPr>
            <w:tcW w:w="680" w:type="dxa"/>
            <w:vAlign w:val="center"/>
          </w:tcPr>
          <w:p w14:paraId="20A188B5" w14:textId="77777777" w:rsidR="008B6DA2" w:rsidRDefault="00000000">
            <w:pPr>
              <w:spacing w:after="0"/>
              <w:jc w:val="center"/>
            </w:pPr>
            <w:r>
              <w:rPr>
                <w:rFonts w:ascii="宋体" w:eastAsia="宋体" w:hAnsi="宋体"/>
                <w:sz w:val="21"/>
              </w:rPr>
              <w:t>1</w:t>
            </w:r>
          </w:p>
        </w:tc>
        <w:tc>
          <w:tcPr>
            <w:tcW w:w="3685" w:type="dxa"/>
            <w:gridSpan w:val="6"/>
            <w:vAlign w:val="center"/>
          </w:tcPr>
          <w:p w14:paraId="70065DEB" w14:textId="77777777" w:rsidR="008B6DA2" w:rsidRDefault="008B6DA2">
            <w:pPr>
              <w:spacing w:after="0"/>
            </w:pPr>
          </w:p>
        </w:tc>
        <w:tc>
          <w:tcPr>
            <w:tcW w:w="1814" w:type="dxa"/>
            <w:gridSpan w:val="4"/>
            <w:vAlign w:val="center"/>
          </w:tcPr>
          <w:p w14:paraId="3F4DFC3A" w14:textId="77777777" w:rsidR="008B6DA2" w:rsidRDefault="008B6DA2">
            <w:pPr>
              <w:spacing w:after="0"/>
            </w:pPr>
          </w:p>
        </w:tc>
        <w:tc>
          <w:tcPr>
            <w:tcW w:w="1361" w:type="dxa"/>
            <w:gridSpan w:val="2"/>
            <w:vAlign w:val="center"/>
          </w:tcPr>
          <w:p w14:paraId="2DD220A7" w14:textId="77777777" w:rsidR="008B6DA2" w:rsidRDefault="008B6DA2">
            <w:pPr>
              <w:spacing w:after="0"/>
            </w:pPr>
          </w:p>
        </w:tc>
        <w:tc>
          <w:tcPr>
            <w:tcW w:w="1475" w:type="dxa"/>
            <w:vAlign w:val="center"/>
          </w:tcPr>
          <w:p w14:paraId="713B6980" w14:textId="77777777" w:rsidR="008B6DA2" w:rsidRDefault="008B6DA2">
            <w:pPr>
              <w:spacing w:after="0"/>
            </w:pPr>
          </w:p>
        </w:tc>
      </w:tr>
      <w:tr w:rsidR="008B6DA2" w14:paraId="5813B9A8" w14:textId="77777777" w:rsidTr="00196D1C">
        <w:trPr>
          <w:trHeight w:val="340"/>
          <w:jc w:val="center"/>
        </w:trPr>
        <w:tc>
          <w:tcPr>
            <w:tcW w:w="680" w:type="dxa"/>
            <w:vAlign w:val="center"/>
          </w:tcPr>
          <w:p w14:paraId="57F97096" w14:textId="77777777" w:rsidR="008B6DA2" w:rsidRDefault="00000000">
            <w:pPr>
              <w:spacing w:after="0"/>
              <w:jc w:val="center"/>
            </w:pPr>
            <w:r>
              <w:rPr>
                <w:rFonts w:ascii="宋体" w:eastAsia="宋体" w:hAnsi="宋体"/>
                <w:sz w:val="21"/>
              </w:rPr>
              <w:t>2</w:t>
            </w:r>
          </w:p>
        </w:tc>
        <w:tc>
          <w:tcPr>
            <w:tcW w:w="3685" w:type="dxa"/>
            <w:gridSpan w:val="6"/>
            <w:vAlign w:val="center"/>
          </w:tcPr>
          <w:p w14:paraId="1760FFC3" w14:textId="77777777" w:rsidR="008B6DA2" w:rsidRDefault="008B6DA2">
            <w:pPr>
              <w:spacing w:after="0"/>
            </w:pPr>
          </w:p>
        </w:tc>
        <w:tc>
          <w:tcPr>
            <w:tcW w:w="1814" w:type="dxa"/>
            <w:gridSpan w:val="4"/>
            <w:vAlign w:val="center"/>
          </w:tcPr>
          <w:p w14:paraId="7F40AA70" w14:textId="77777777" w:rsidR="008B6DA2" w:rsidRDefault="008B6DA2">
            <w:pPr>
              <w:spacing w:after="0"/>
            </w:pPr>
          </w:p>
        </w:tc>
        <w:tc>
          <w:tcPr>
            <w:tcW w:w="1361" w:type="dxa"/>
            <w:gridSpan w:val="2"/>
            <w:vAlign w:val="center"/>
          </w:tcPr>
          <w:p w14:paraId="6ED77947" w14:textId="77777777" w:rsidR="008B6DA2" w:rsidRDefault="008B6DA2">
            <w:pPr>
              <w:spacing w:after="0"/>
            </w:pPr>
          </w:p>
        </w:tc>
        <w:tc>
          <w:tcPr>
            <w:tcW w:w="1475" w:type="dxa"/>
            <w:vAlign w:val="center"/>
          </w:tcPr>
          <w:p w14:paraId="5B549CE4" w14:textId="77777777" w:rsidR="008B6DA2" w:rsidRDefault="008B6DA2">
            <w:pPr>
              <w:spacing w:after="0"/>
            </w:pPr>
          </w:p>
        </w:tc>
      </w:tr>
      <w:tr w:rsidR="008B6DA2" w14:paraId="03DB4B7C" w14:textId="77777777" w:rsidTr="00196D1C">
        <w:trPr>
          <w:trHeight w:val="340"/>
          <w:jc w:val="center"/>
        </w:trPr>
        <w:tc>
          <w:tcPr>
            <w:tcW w:w="680" w:type="dxa"/>
            <w:vAlign w:val="center"/>
          </w:tcPr>
          <w:p w14:paraId="07C65247" w14:textId="77777777" w:rsidR="008B6DA2" w:rsidRDefault="00000000">
            <w:pPr>
              <w:spacing w:after="0"/>
              <w:jc w:val="center"/>
            </w:pPr>
            <w:r>
              <w:rPr>
                <w:rFonts w:ascii="宋体" w:eastAsia="宋体" w:hAnsi="宋体"/>
                <w:sz w:val="21"/>
              </w:rPr>
              <w:t>3</w:t>
            </w:r>
          </w:p>
        </w:tc>
        <w:tc>
          <w:tcPr>
            <w:tcW w:w="3685" w:type="dxa"/>
            <w:gridSpan w:val="6"/>
            <w:vAlign w:val="center"/>
          </w:tcPr>
          <w:p w14:paraId="5E4F2503" w14:textId="77777777" w:rsidR="008B6DA2" w:rsidRDefault="008B6DA2">
            <w:pPr>
              <w:spacing w:after="0"/>
            </w:pPr>
          </w:p>
        </w:tc>
        <w:tc>
          <w:tcPr>
            <w:tcW w:w="1814" w:type="dxa"/>
            <w:gridSpan w:val="4"/>
            <w:vAlign w:val="center"/>
          </w:tcPr>
          <w:p w14:paraId="1D4BDF46" w14:textId="77777777" w:rsidR="008B6DA2" w:rsidRDefault="008B6DA2">
            <w:pPr>
              <w:spacing w:after="0"/>
            </w:pPr>
          </w:p>
        </w:tc>
        <w:tc>
          <w:tcPr>
            <w:tcW w:w="1361" w:type="dxa"/>
            <w:gridSpan w:val="2"/>
            <w:vAlign w:val="center"/>
          </w:tcPr>
          <w:p w14:paraId="02C14B96" w14:textId="77777777" w:rsidR="008B6DA2" w:rsidRDefault="008B6DA2">
            <w:pPr>
              <w:spacing w:after="0"/>
            </w:pPr>
          </w:p>
        </w:tc>
        <w:tc>
          <w:tcPr>
            <w:tcW w:w="1475" w:type="dxa"/>
            <w:vAlign w:val="center"/>
          </w:tcPr>
          <w:p w14:paraId="4C7D7416" w14:textId="77777777" w:rsidR="008B6DA2" w:rsidRDefault="008B6DA2">
            <w:pPr>
              <w:spacing w:after="0"/>
            </w:pPr>
          </w:p>
        </w:tc>
      </w:tr>
      <w:tr w:rsidR="008B6DA2" w14:paraId="2494779D" w14:textId="77777777" w:rsidTr="00196D1C">
        <w:trPr>
          <w:trHeight w:val="340"/>
          <w:jc w:val="center"/>
        </w:trPr>
        <w:tc>
          <w:tcPr>
            <w:tcW w:w="680" w:type="dxa"/>
            <w:vAlign w:val="center"/>
          </w:tcPr>
          <w:p w14:paraId="0EEB9636" w14:textId="77777777" w:rsidR="008B6DA2" w:rsidRDefault="00000000">
            <w:pPr>
              <w:spacing w:after="0"/>
              <w:jc w:val="center"/>
            </w:pPr>
            <w:r>
              <w:rPr>
                <w:rFonts w:ascii="宋体" w:eastAsia="宋体" w:hAnsi="宋体"/>
                <w:sz w:val="21"/>
              </w:rPr>
              <w:t>4</w:t>
            </w:r>
          </w:p>
        </w:tc>
        <w:tc>
          <w:tcPr>
            <w:tcW w:w="3685" w:type="dxa"/>
            <w:gridSpan w:val="6"/>
            <w:vAlign w:val="center"/>
          </w:tcPr>
          <w:p w14:paraId="7EEE5800" w14:textId="77777777" w:rsidR="008B6DA2" w:rsidRDefault="008B6DA2">
            <w:pPr>
              <w:spacing w:after="0"/>
            </w:pPr>
          </w:p>
        </w:tc>
        <w:tc>
          <w:tcPr>
            <w:tcW w:w="1814" w:type="dxa"/>
            <w:gridSpan w:val="4"/>
            <w:vAlign w:val="center"/>
          </w:tcPr>
          <w:p w14:paraId="18B2F5A8" w14:textId="77777777" w:rsidR="008B6DA2" w:rsidRDefault="008B6DA2">
            <w:pPr>
              <w:spacing w:after="0"/>
            </w:pPr>
          </w:p>
        </w:tc>
        <w:tc>
          <w:tcPr>
            <w:tcW w:w="1361" w:type="dxa"/>
            <w:gridSpan w:val="2"/>
            <w:vAlign w:val="center"/>
          </w:tcPr>
          <w:p w14:paraId="2486F909" w14:textId="77777777" w:rsidR="008B6DA2" w:rsidRDefault="008B6DA2">
            <w:pPr>
              <w:spacing w:after="0"/>
            </w:pPr>
          </w:p>
        </w:tc>
        <w:tc>
          <w:tcPr>
            <w:tcW w:w="1475" w:type="dxa"/>
            <w:vAlign w:val="center"/>
          </w:tcPr>
          <w:p w14:paraId="690CA14A" w14:textId="77777777" w:rsidR="008B6DA2" w:rsidRDefault="008B6DA2">
            <w:pPr>
              <w:spacing w:after="0"/>
            </w:pPr>
          </w:p>
        </w:tc>
      </w:tr>
      <w:tr w:rsidR="00DE5A8A" w14:paraId="6844781A" w14:textId="77777777" w:rsidTr="00196D1C">
        <w:trPr>
          <w:trHeight w:val="340"/>
          <w:jc w:val="center"/>
        </w:trPr>
        <w:tc>
          <w:tcPr>
            <w:tcW w:w="680" w:type="dxa"/>
            <w:vAlign w:val="center"/>
          </w:tcPr>
          <w:p w14:paraId="4823CF4F" w14:textId="25C07F13" w:rsidR="00DE5A8A" w:rsidRDefault="00DE5A8A">
            <w:pPr>
              <w:spacing w:after="0"/>
              <w:jc w:val="center"/>
              <w:rPr>
                <w:rFonts w:ascii="宋体" w:eastAsia="宋体" w:hAnsi="宋体" w:hint="eastAsia"/>
                <w:sz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lang w:eastAsia="zh-CN"/>
              </w:rPr>
              <w:t>5</w:t>
            </w:r>
          </w:p>
        </w:tc>
        <w:tc>
          <w:tcPr>
            <w:tcW w:w="3685" w:type="dxa"/>
            <w:gridSpan w:val="6"/>
            <w:vAlign w:val="center"/>
          </w:tcPr>
          <w:p w14:paraId="20D4E57D" w14:textId="77777777" w:rsidR="00DE5A8A" w:rsidRDefault="00DE5A8A">
            <w:pPr>
              <w:spacing w:after="0"/>
            </w:pPr>
          </w:p>
        </w:tc>
        <w:tc>
          <w:tcPr>
            <w:tcW w:w="1814" w:type="dxa"/>
            <w:gridSpan w:val="4"/>
            <w:vAlign w:val="center"/>
          </w:tcPr>
          <w:p w14:paraId="2274B372" w14:textId="77777777" w:rsidR="00DE5A8A" w:rsidRDefault="00DE5A8A">
            <w:pPr>
              <w:spacing w:after="0"/>
            </w:pPr>
          </w:p>
        </w:tc>
        <w:tc>
          <w:tcPr>
            <w:tcW w:w="1361" w:type="dxa"/>
            <w:gridSpan w:val="2"/>
            <w:vAlign w:val="center"/>
          </w:tcPr>
          <w:p w14:paraId="7214D761" w14:textId="77777777" w:rsidR="00DE5A8A" w:rsidRDefault="00DE5A8A">
            <w:pPr>
              <w:spacing w:after="0"/>
            </w:pPr>
          </w:p>
        </w:tc>
        <w:tc>
          <w:tcPr>
            <w:tcW w:w="1475" w:type="dxa"/>
            <w:vAlign w:val="center"/>
          </w:tcPr>
          <w:p w14:paraId="2497A292" w14:textId="77777777" w:rsidR="00DE5A8A" w:rsidRDefault="00DE5A8A">
            <w:pPr>
              <w:spacing w:after="0"/>
            </w:pPr>
          </w:p>
        </w:tc>
      </w:tr>
      <w:tr w:rsidR="008B6DA2" w14:paraId="0C393E64" w14:textId="77777777" w:rsidTr="00DE5A8A">
        <w:trPr>
          <w:jc w:val="center"/>
        </w:trPr>
        <w:tc>
          <w:tcPr>
            <w:tcW w:w="9015" w:type="dxa"/>
            <w:gridSpan w:val="14"/>
            <w:vAlign w:val="center"/>
          </w:tcPr>
          <w:p w14:paraId="32885D0C" w14:textId="21AD32A4" w:rsidR="008B6DA2" w:rsidRDefault="00DE5A8A">
            <w:pPr>
              <w:spacing w:after="0"/>
              <w:rPr>
                <w:rFonts w:ascii="宋体" w:eastAsia="宋体" w:hAnsi="宋体"/>
                <w:b/>
                <w:sz w:val="21"/>
                <w:lang w:eastAsia="zh-CN"/>
              </w:rPr>
            </w:pPr>
            <w:r>
              <w:rPr>
                <w:rFonts w:ascii="宋体" w:eastAsia="宋体" w:hAnsi="宋体"/>
                <w:b/>
                <w:sz w:val="21"/>
                <w:lang w:eastAsia="zh-CN"/>
              </w:rPr>
              <w:t>个人</w:t>
            </w:r>
            <w:r>
              <w:rPr>
                <w:rFonts w:ascii="宋体" w:eastAsia="宋体" w:hAnsi="宋体" w:hint="eastAsia"/>
                <w:b/>
                <w:sz w:val="21"/>
                <w:lang w:eastAsia="zh-CN"/>
              </w:rPr>
              <w:t>事迹</w:t>
            </w:r>
            <w:r>
              <w:rPr>
                <w:rFonts w:ascii="宋体" w:eastAsia="宋体" w:hAnsi="宋体"/>
                <w:b/>
                <w:sz w:val="21"/>
                <w:lang w:eastAsia="zh-CN"/>
              </w:rPr>
              <w:t>（500字以内</w:t>
            </w:r>
            <w:r>
              <w:rPr>
                <w:rFonts w:ascii="宋体" w:eastAsia="宋体" w:hAnsi="宋体" w:hint="eastAsia"/>
                <w:b/>
                <w:sz w:val="21"/>
                <w:lang w:eastAsia="zh-CN"/>
              </w:rPr>
              <w:t>）</w:t>
            </w:r>
          </w:p>
          <w:p w14:paraId="58D048AE" w14:textId="77777777" w:rsidR="00DE5A8A" w:rsidRDefault="00DE5A8A">
            <w:pPr>
              <w:spacing w:after="0"/>
              <w:rPr>
                <w:rFonts w:eastAsia="宋体"/>
                <w:lang w:eastAsia="zh-CN"/>
              </w:rPr>
            </w:pPr>
          </w:p>
          <w:p w14:paraId="7309D5F5" w14:textId="77777777" w:rsidR="00DE5A8A" w:rsidRDefault="00DE5A8A">
            <w:pPr>
              <w:spacing w:after="0"/>
              <w:rPr>
                <w:rFonts w:eastAsia="宋体"/>
                <w:lang w:eastAsia="zh-CN"/>
              </w:rPr>
            </w:pPr>
          </w:p>
          <w:p w14:paraId="5A959A0A" w14:textId="77777777" w:rsidR="00DE5A8A" w:rsidRDefault="00DE5A8A">
            <w:pPr>
              <w:spacing w:after="0"/>
              <w:rPr>
                <w:rFonts w:eastAsia="宋体"/>
                <w:lang w:eastAsia="zh-CN"/>
              </w:rPr>
            </w:pPr>
          </w:p>
          <w:p w14:paraId="086B55DE" w14:textId="77777777" w:rsidR="00DE5A8A" w:rsidRDefault="00DE5A8A">
            <w:pPr>
              <w:spacing w:after="0"/>
              <w:rPr>
                <w:rFonts w:eastAsia="宋体"/>
                <w:lang w:eastAsia="zh-CN"/>
              </w:rPr>
            </w:pPr>
          </w:p>
          <w:p w14:paraId="10BB67E6" w14:textId="77777777" w:rsidR="00DE5A8A" w:rsidRDefault="00DE5A8A">
            <w:pPr>
              <w:spacing w:after="0"/>
              <w:rPr>
                <w:rFonts w:eastAsia="宋体"/>
                <w:lang w:eastAsia="zh-CN"/>
              </w:rPr>
            </w:pPr>
          </w:p>
          <w:p w14:paraId="5257275D" w14:textId="77777777" w:rsidR="00DE5A8A" w:rsidRDefault="00DE5A8A">
            <w:pPr>
              <w:spacing w:after="0"/>
              <w:rPr>
                <w:rFonts w:eastAsia="宋体"/>
                <w:lang w:eastAsia="zh-CN"/>
              </w:rPr>
            </w:pPr>
          </w:p>
          <w:p w14:paraId="04B7DDB9" w14:textId="77777777" w:rsidR="00DE5A8A" w:rsidRDefault="00DE5A8A">
            <w:pPr>
              <w:spacing w:after="0"/>
              <w:rPr>
                <w:rFonts w:eastAsia="宋体"/>
                <w:lang w:eastAsia="zh-CN"/>
              </w:rPr>
            </w:pPr>
          </w:p>
          <w:p w14:paraId="4D5B5825" w14:textId="77777777" w:rsidR="00DE5A8A" w:rsidRDefault="00DE5A8A">
            <w:pPr>
              <w:spacing w:after="0"/>
              <w:rPr>
                <w:rFonts w:eastAsia="宋体"/>
                <w:lang w:eastAsia="zh-CN"/>
              </w:rPr>
            </w:pPr>
          </w:p>
          <w:p w14:paraId="7FB6AD5C" w14:textId="77777777" w:rsidR="00DE5A8A" w:rsidRDefault="00DE5A8A">
            <w:pPr>
              <w:spacing w:after="0"/>
              <w:rPr>
                <w:rFonts w:eastAsia="宋体"/>
                <w:lang w:eastAsia="zh-CN"/>
              </w:rPr>
            </w:pPr>
          </w:p>
          <w:p w14:paraId="254FA0B3" w14:textId="77777777" w:rsidR="00DE5A8A" w:rsidRDefault="00DE5A8A">
            <w:pPr>
              <w:spacing w:after="0"/>
              <w:rPr>
                <w:rFonts w:eastAsia="宋体"/>
                <w:lang w:eastAsia="zh-CN"/>
              </w:rPr>
            </w:pPr>
          </w:p>
          <w:p w14:paraId="7B478067" w14:textId="77777777" w:rsidR="00DE5A8A" w:rsidRDefault="00DE5A8A">
            <w:pPr>
              <w:spacing w:after="0"/>
              <w:rPr>
                <w:rFonts w:eastAsia="宋体"/>
                <w:lang w:eastAsia="zh-CN"/>
              </w:rPr>
            </w:pPr>
          </w:p>
          <w:p w14:paraId="431D66EC" w14:textId="77777777" w:rsidR="00DE5A8A" w:rsidRDefault="00DE5A8A">
            <w:pPr>
              <w:spacing w:after="0"/>
              <w:rPr>
                <w:rFonts w:eastAsia="宋体"/>
                <w:lang w:eastAsia="zh-CN"/>
              </w:rPr>
            </w:pPr>
          </w:p>
          <w:p w14:paraId="68FF2EA0" w14:textId="77777777" w:rsidR="00DE5A8A" w:rsidRDefault="00DE5A8A">
            <w:pPr>
              <w:spacing w:after="0"/>
              <w:rPr>
                <w:rFonts w:eastAsia="宋体"/>
                <w:lang w:eastAsia="zh-CN"/>
              </w:rPr>
            </w:pPr>
          </w:p>
          <w:p w14:paraId="1909F9D1" w14:textId="77777777" w:rsidR="00DE5A8A" w:rsidRDefault="00DE5A8A">
            <w:pPr>
              <w:spacing w:after="0"/>
              <w:rPr>
                <w:rFonts w:eastAsia="宋体"/>
                <w:lang w:eastAsia="zh-CN"/>
              </w:rPr>
            </w:pPr>
          </w:p>
          <w:p w14:paraId="4F08D885" w14:textId="77777777" w:rsidR="00DE5A8A" w:rsidRDefault="00DE5A8A">
            <w:pPr>
              <w:spacing w:after="0"/>
              <w:rPr>
                <w:rFonts w:eastAsia="宋体"/>
                <w:lang w:eastAsia="zh-CN"/>
              </w:rPr>
            </w:pPr>
          </w:p>
          <w:p w14:paraId="3498F04A" w14:textId="77777777" w:rsidR="00DE5A8A" w:rsidRDefault="00DE5A8A">
            <w:pPr>
              <w:spacing w:after="0"/>
              <w:rPr>
                <w:rFonts w:eastAsia="宋体"/>
                <w:lang w:eastAsia="zh-CN"/>
              </w:rPr>
            </w:pPr>
          </w:p>
          <w:p w14:paraId="4682A216" w14:textId="77777777" w:rsidR="00DE5A8A" w:rsidRDefault="00DE5A8A">
            <w:pPr>
              <w:spacing w:after="0"/>
              <w:rPr>
                <w:rFonts w:eastAsia="宋体"/>
                <w:lang w:eastAsia="zh-CN"/>
              </w:rPr>
            </w:pPr>
          </w:p>
          <w:p w14:paraId="7FE1B4FF" w14:textId="77777777" w:rsidR="00DE5A8A" w:rsidRDefault="00DE5A8A">
            <w:pPr>
              <w:spacing w:after="0"/>
              <w:rPr>
                <w:rFonts w:eastAsia="宋体"/>
                <w:lang w:eastAsia="zh-CN"/>
              </w:rPr>
            </w:pPr>
          </w:p>
          <w:p w14:paraId="6F24E1FC" w14:textId="77777777" w:rsidR="00DE5A8A" w:rsidRDefault="00DE5A8A">
            <w:pPr>
              <w:spacing w:after="0"/>
              <w:rPr>
                <w:rFonts w:eastAsia="宋体"/>
                <w:lang w:eastAsia="zh-CN"/>
              </w:rPr>
            </w:pPr>
          </w:p>
          <w:p w14:paraId="60CF4C64" w14:textId="77777777" w:rsidR="00DE5A8A" w:rsidRDefault="00DE5A8A">
            <w:pPr>
              <w:spacing w:after="0"/>
              <w:rPr>
                <w:rFonts w:eastAsia="宋体" w:hint="eastAsia"/>
                <w:lang w:eastAsia="zh-CN"/>
              </w:rPr>
            </w:pPr>
          </w:p>
          <w:p w14:paraId="51A0430E" w14:textId="7ACF43C4" w:rsidR="00DE5A8A" w:rsidRPr="00DE5A8A" w:rsidRDefault="00DE5A8A">
            <w:pPr>
              <w:spacing w:after="0"/>
              <w:rPr>
                <w:rFonts w:eastAsia="宋体" w:hint="eastAsia"/>
                <w:lang w:eastAsia="zh-CN"/>
              </w:rPr>
            </w:pPr>
          </w:p>
        </w:tc>
      </w:tr>
    </w:tbl>
    <w:p w14:paraId="0B1B2EB0" w14:textId="77777777" w:rsidR="008B6DA2" w:rsidRDefault="008B6DA2">
      <w:pPr>
        <w:spacing w:after="40"/>
        <w:rPr>
          <w:lang w:eastAsia="zh-CN"/>
        </w:rPr>
      </w:pPr>
    </w:p>
    <w:p w14:paraId="2CDADDCC" w14:textId="0BB28B0C" w:rsidR="008B6DA2" w:rsidRDefault="00000000">
      <w:pPr>
        <w:spacing w:after="40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本人承诺以上信息及所附材料真实有效。</w:t>
      </w:r>
    </w:p>
    <w:p w14:paraId="637B9600" w14:textId="77777777" w:rsidR="008B6DA2" w:rsidRDefault="00000000">
      <w:pPr>
        <w:jc w:val="right"/>
        <w:rPr>
          <w:lang w:eastAsia="zh-CN"/>
        </w:rPr>
      </w:pPr>
      <w:r>
        <w:rPr>
          <w:rFonts w:ascii="宋体" w:eastAsia="宋体" w:hAnsi="宋体"/>
          <w:sz w:val="21"/>
          <w:lang w:eastAsia="zh-CN"/>
        </w:rPr>
        <w:t>申请人签字：______________　　日期：______年____月____日</w:t>
      </w:r>
    </w:p>
    <w:p w14:paraId="1736755D" w14:textId="77777777" w:rsidR="008B6DA2" w:rsidRDefault="008B6DA2">
      <w:pPr>
        <w:spacing w:after="40"/>
        <w:rPr>
          <w:lang w:eastAsia="zh-CN"/>
        </w:rPr>
      </w:pPr>
    </w:p>
    <w:sectPr w:rsidR="008B6DA2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9317637">
    <w:abstractNumId w:val="8"/>
  </w:num>
  <w:num w:numId="2" w16cid:durableId="250433410">
    <w:abstractNumId w:val="6"/>
  </w:num>
  <w:num w:numId="3" w16cid:durableId="781919161">
    <w:abstractNumId w:val="5"/>
  </w:num>
  <w:num w:numId="4" w16cid:durableId="439031597">
    <w:abstractNumId w:val="4"/>
  </w:num>
  <w:num w:numId="5" w16cid:durableId="1801147548">
    <w:abstractNumId w:val="7"/>
  </w:num>
  <w:num w:numId="6" w16cid:durableId="1731465728">
    <w:abstractNumId w:val="3"/>
  </w:num>
  <w:num w:numId="7" w16cid:durableId="764111952">
    <w:abstractNumId w:val="2"/>
  </w:num>
  <w:num w:numId="8" w16cid:durableId="891500594">
    <w:abstractNumId w:val="1"/>
  </w:num>
  <w:num w:numId="9" w16cid:durableId="1022784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6D1C"/>
    <w:rsid w:val="0029639D"/>
    <w:rsid w:val="00326F90"/>
    <w:rsid w:val="008B6DA2"/>
    <w:rsid w:val="00AA1D8D"/>
    <w:rsid w:val="00B47730"/>
    <w:rsid w:val="00BA412B"/>
    <w:rsid w:val="00CB0664"/>
    <w:rsid w:val="00DE5A8A"/>
    <w:rsid w:val="00F834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901DB0"/>
  <w14:defaultImageDpi w14:val="300"/>
  <w15:docId w15:val="{F512C5D5-CDB6-41AE-8A7C-F4C2A50B6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herman 王</cp:lastModifiedBy>
  <cp:revision>4</cp:revision>
  <dcterms:created xsi:type="dcterms:W3CDTF">2013-12-23T23:15:00Z</dcterms:created>
  <dcterms:modified xsi:type="dcterms:W3CDTF">2026-10-14T04:05:00Z</dcterms:modified>
  <cp:category/>
</cp:coreProperties>
</file>